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vid Nykarleby torg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 xml:space="preserve">15:00-16:00 Guidad promenad i Nykarleby centrum på svenska </w:t>
      </w:r>
    </w:p>
    <w:p>
      <w:r>
        <w:t xml:space="preserve">Guided walk in Nykarleby centre (in Swedish)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