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Kyrkogatan 4 Nykarleby Start från Rådhuset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18:00-19:00 Guidad promenad: Nykarleby sett med Topelius ögon</w:t>
      </w:r>
    </w:p>
    <w:p>
      <w:r>
        <w:t>Opastettu kävely: Uusikaarlepyy Topeliuksen silmin (ruo) - Guided walk: Nykarleby through the eyes of Topelius (swe)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