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15.8.2026 lauantai</w:t>
      </w:r>
    </w:p>
    <w:p>
      <w:pPr>
        <w:pStyle w:val="Heading1"/>
      </w:pPr>
      <w:r>
        <w:t>15.8.2026-22.8.2026</w:t>
      </w:r>
    </w:p>
    <w:p>
      <w:pPr>
        <w:pStyle w:val="Heading2"/>
      </w:pPr>
      <w:r>
        <w:t>16:00-18:00 Mailattaret, Vaasa vs. Laitilan Jyske</w:t>
      </w:r>
    </w:p>
    <w:p>
      <w:r>
        <w:t>Taistelu pääsarjatason Superpesis-paikasta alkaa: ottelusarja Mailattaret - Laitilan Jyske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