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Kyrkobyvägen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13:00-17:00 Poesibilen besöker museiområdet i Korsnäs</w:t>
      </w:r>
    </w:p>
    <w:p>
      <w:r>
        <w:t>Poesibilen från Norge och författaren Ted Granlund besöker museerna i Korsnäs kby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