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Porinmäenkuja 1, 66500 Vaasa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 xml:space="preserve">17:30-18:30 Runonyyttärit Vähänkyrön kirjastossa </w:t>
      </w:r>
    </w:p>
    <w:p>
      <w:r>
        <w:t>Kaikille avoin runopiiri kokoontuu. Tämän kerran aiheena on Pimeys ja valo.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