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Pitkäkatu 55, 65100 Vaasa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09:00-19:00 Taiteiden yö Teatterin Optiikassa</w:t>
      </w:r>
    </w:p>
    <w:p>
      <w:r>
        <w:t>Palvelemme klo 19 saakka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