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Kalliojärven viihdekeskus tanssilava, Kortesluomantie 146, 61550 Orismala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19:00-19:00 Kalliojärven Ysärit</w:t>
      </w:r>
    </w:p>
    <w:p>
      <w:r>
        <w:t>Henna Peltonen &amp; Sofia Fiia &amp; Dj Tony Live show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