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Börkmossenin suometsä, Kristiinankaupunki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17:30-19:00 Maastoretki Börkmossenin suometsään: Kunnostusojitus ja vesiensuojelu, Kristiinankaupunki</w:t>
      </w:r>
    </w:p>
    <w:p>
      <w:r>
        <w:t>Tervetuloa suometsään hiljattain kunnostettujen ojien äärelle.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