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Waterloo-luontopolku, Rantatie 3681, 66200 Korsnäs</w:t>
      </w:r>
    </w:p>
    <w:p>
      <w:r>
        <w:t>16.8.2026 sunnuntai</w:t>
      </w:r>
    </w:p>
    <w:p>
      <w:pPr>
        <w:pStyle w:val="Heading1"/>
      </w:pPr>
      <w:r>
        <w:t>16.8.2026 sunnuntai</w:t>
      </w:r>
    </w:p>
    <w:p>
      <w:pPr>
        <w:pStyle w:val="Heading2"/>
      </w:pPr>
      <w:r>
        <w:t>12:00-14:00 LUONTO GEOMETRIAKSI</w:t>
      </w:r>
    </w:p>
    <w:p>
      <w:r>
        <w:t>Muraalin ja taidepolun esittely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