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Youthbacka, Juthasvägen 34, Juthbacka, Nykarleby</w:t>
      </w:r>
    </w:p>
    <w:p>
      <w:r>
        <w:t>7.8.2026 perjantai</w:t>
      </w:r>
    </w:p>
    <w:p>
      <w:pPr>
        <w:pStyle w:val="Heading1"/>
      </w:pPr>
      <w:r>
        <w:t>7.8.2026-9.8.2026</w:t>
      </w:r>
    </w:p>
    <w:p>
      <w:pPr>
        <w:pStyle w:val="Heading2"/>
      </w:pPr>
      <w:r>
        <w:t>14:00-19:00 BÄST I TEST vid 4H Sommarcafe at Youthbacka - FRE 5.8. - SÖN 7.8.26, kl. 14:00 - 19:00</w:t>
      </w:r>
    </w:p>
    <w:p>
      <w:r>
        <w:t>BÄST I TEST vid 4H Sommarcafe at Youthbacka - FRE 5.8. - SÖN 7.8.26, kl. 14:00 - 19:00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