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pääkirjasto, Kirjastokatu 13, Essee-sali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16:00-19:50 Vaasan Taiteiden Yö 13.8.: Suomalais-intialaista perinnemusiikkia ja meditaatioharjoitus</w:t>
      </w:r>
    </w:p>
    <w:p>
      <w:r>
        <w:t>Syvennytään hiljaisuuteen ja suomalais-intialaiseen perinnemusiikkiin.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