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Korsholmssalen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19:00-19:00 Dragspelskonsert med Bengan Jansson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