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yhdistystentalo Korsholmanpuistikko 44, 65100 Vaasa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17:00-16:00 Voimavarapäivät kilpirauhasen vajaatoimintaa sairastaville Vaasassa</w:t>
      </w:r>
    </w:p>
    <w:p>
      <w:r>
        <w:t>Tule saamaan vertaistukea ja kuulemaan tärkeää ensitietoa kilpirauhasen vajaatoiminnasta ja sen hoidosta.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