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Saltjärvträskets torvmarksskog, Närpes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17:30-19:00 Utfärd till Saltjärvtärskets torvmarksskog: Plan för vård av torvmarksskog - vad består det av? Närpes</w:t>
      </w:r>
    </w:p>
    <w:p>
      <w:r>
        <w:t>Hur vet man att torvmarksskogens dikar inte dränerar ordentligt? Hur märker man att det skulle vara dag att göra plantsk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