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Backfors, Kvarnvägen, 64230 Närpes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19:00-20:00 Sensommarkonsert med Sofie Lundell</w:t>
      </w:r>
    </w:p>
    <w:p>
      <w:r>
        <w:t>Onsdagen den 19 augusti bjuder Närpes stad in till sensommarkonsert med Sofie Lundell.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