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Lemonsoft stadion Rantamaantie 6</w:t>
      </w:r>
    </w:p>
    <w:p>
      <w:r>
        <w:t>24.10.2026 lauantai</w:t>
      </w:r>
    </w:p>
    <w:p>
      <w:pPr>
        <w:pStyle w:val="Heading1"/>
      </w:pPr>
      <w:r>
        <w:t>24.10.2026 lauantai</w:t>
      </w:r>
    </w:p>
    <w:p>
      <w:pPr>
        <w:pStyle w:val="Heading2"/>
      </w:pPr>
      <w:r>
        <w:t>15:00-17:00 Briotech Kansallinen Liiga VIFK-PK-35 Vantaa</w:t>
      </w:r>
    </w:p>
    <w:p>
      <w:r>
        <w:t>Naisten jalkapallo-ottelu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