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 Rantamaantie 6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18:00-20:00 Briotech Kansallinen Liiga VIFK-EBK</w:t>
      </w:r>
    </w:p>
    <w:p>
      <w:r>
        <w:t>Naisten jalkapallo-ottelu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