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14:00-19:00 DJURDAG vid 4H Sommarcafe at Youthbacka - ONS 5.8.26, kl. 14:00 - 19:00</w:t>
      </w:r>
    </w:p>
    <w:p>
      <w:r>
        <w:t>DJURDAG vid 4H Sommarcafe at Youthbacka - ONS 5.8.26, kl. 14:00 - 19:00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