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100MA Social ravintola, Sahakatu 16 Kokkola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16:00-17:00 Kokkola Sea Jazz JATKOT</w:t>
      </w:r>
    </w:p>
    <w:p>
      <w:r>
        <w:t>Tapahtuma on ilmainen ravintolan asiakkaille – tervetuloa mukaan nauttimaan musiikista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