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18:00-21:00 VEGETARISKA RÄTTER SOM KOMPLEMENT TILL JULBORDET</w:t>
      </w:r>
    </w:p>
    <w:p>
      <w:r>
        <w:t>Skapa ett julbord där alla kan njuta! I den här inspirerande matlagningskursen får du göra kreativa vegetariska rätter 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