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10:00-12:00 MÅLA INTUITIVT TILL LEVANDE CELLOMUSIK</w:t>
      </w:r>
    </w:p>
    <w:p>
      <w:r>
        <w:t>Under denna kurs får du njuta av att skapa fritt och kravlöst samtidigt som du får lyssna till levande cellomusik.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