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10:00-17:00 BIODLINGENS GRUNDER</w:t>
      </w:r>
    </w:p>
    <w:p>
      <w:r>
        <w:t>Är du intresserad av biodling eller bin i allmänhet? Drömmer du kanske om att vara mera självförsörjande? Saknar din odl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