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09:30-14:45 ATT SY PÅ OVERLOCK</w:t>
      </w:r>
    </w:p>
    <w:p>
      <w:r>
        <w:t xml:space="preserve">Ta tillfället i akt. Under den här effektiva endagskursen får du chans att lära dig sy och använda overlock-maskinen på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