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Opistokatu 8, Vaasa - Wasa Graffitilandia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16:00-18:00 Poliittinen graffitikisa Paavo Arhinmäen kanssa</w:t>
      </w:r>
    </w:p>
    <w:p>
      <w:r>
        <w:t>Paavo Arhinmäki opastaa paikallispoliitikoita graffitikisassa Wasa Graffitilandiassa Taiteiden yönä.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