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satama - Kittholman uimaranta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16:00-20:00 Itämeripäivä Pietarsaaressa</w:t>
      </w:r>
    </w:p>
    <w:p>
      <w:r>
        <w:t>Tule tutustumaan Itämeren elämään ja viettämään kanssamme hauskaa päivää erilaisten aktiviteettien parissa.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