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19:00-19:00 Saikkua, kiitos! OSA 1.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