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STIGGIS TRYSKHUUSE, Korvenpostvägen 36, 68410 Nedervetil</w:t>
      </w:r>
    </w:p>
    <w:p>
      <w:r>
        <w:t>15.8.2026 lauantai</w:t>
      </w:r>
    </w:p>
    <w:p>
      <w:pPr>
        <w:pStyle w:val="Heading1"/>
      </w:pPr>
      <w:r>
        <w:t>15.8.2026 lauantai</w:t>
      </w:r>
    </w:p>
    <w:p>
      <w:pPr>
        <w:pStyle w:val="Heading2"/>
      </w:pPr>
      <w:r>
        <w:t>19:00-20:00 Koncert med Bothnia Band i Stiggis tryskhuuse i Nedervetil 15.8 kl. 19.00</w:t>
      </w:r>
    </w:p>
    <w:p>
      <w:r>
        <w:t>Koncert med nybildade Bothnia Band, ett musikaliskt sammarbete över Kvarken som förenar Österbotten och Västerbotten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