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Kultsa, Raastuvankatu 30, 65100 Vaasa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16:00-22:00 Taiteiden yö Kultsalla</w:t>
      </w:r>
    </w:p>
    <w:p>
      <w:r>
        <w:t>Tule viettämään Taiteiden yötä Kultsalle!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