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Jugendsalen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10:00-10:00 Trädgårdsturné med Linda Schilén och Karl Fredrik</w:t>
      </w:r>
    </w:p>
    <w:p>
      <w:r>
        <w:t>Strandis Smokehouse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