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Sundomintie 73A,Vaasa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11:00-15:00 Sundom Kirppisralli 2026</w:t>
      </w:r>
    </w:p>
    <w:p>
      <w:r>
        <w:t>Kirppisralli Sundomissa lauataina 5.9 klo 11-15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