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Graffitilandia, Opistokatu 8, 65100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12:00-22:00 Wasa Graffitilandian Taiteiden yö</w:t>
      </w:r>
    </w:p>
    <w:p>
      <w:r>
        <w:t>Paavo Arhinmäki, pidennetyt aukioloajat ja ilmaiset työpajat!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