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Karvatintie 267, 66800 ORAVAIS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18:00-20:00 Avoimet ovet Stockbodenilla – Kvarken Living</w:t>
      </w:r>
    </w:p>
    <w:p>
      <w:r>
        <w:t>Tule tutustumaan Stockbodeniin, Kvarken Livingin uusimpaan pieneen majoituskohteeseen.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