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18:00-19:00 Kirjailijavieras Niko Jutila</w:t>
      </w:r>
    </w:p>
    <w:p>
      <w:r>
        <w:t>Niko Jutila (s. 1989) on Etelä-Pohjanmaalla syntynyt, nykyisin Hyvinkäällä asuva tietokirjailija.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