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18:00-19:00 Kirjailijavieras Juliana Hyrri</w:t>
      </w:r>
    </w:p>
    <w:p>
      <w:r>
        <w:t>Hyrri on kuvataiteilija, kuvittaja ja sarjakuvataiteilija, jonka työskentely liikkuu visuaalisen kultuurin eri alueilla.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