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Carlsro museum, Carlsrontie 181, 64100 Kristinestad</w:t>
      </w:r>
    </w:p>
    <w:p>
      <w:r>
        <w:t>27.7.2026 maanantai</w:t>
      </w:r>
    </w:p>
    <w:p>
      <w:pPr>
        <w:pStyle w:val="Heading1"/>
      </w:pPr>
      <w:r>
        <w:t>27.7.2026-30.9.2026</w:t>
      </w:r>
    </w:p>
    <w:p>
      <w:pPr>
        <w:pStyle w:val="Heading2"/>
      </w:pPr>
      <w:r>
        <w:t>11:00-17:00 Natalia Kaleva  Konstutställning  Carlsro museum</w:t>
      </w:r>
    </w:p>
    <w:p>
      <w:r>
        <w:t>Spår från det förflutna - en utställning till ära av Carlsro villans 130-årsjubileum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