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  museum, Carlsrontie 181, 64100 Kristiinankaupunki</w:t>
      </w:r>
    </w:p>
    <w:p>
      <w:r>
        <w:t>27.7.2026 maanantai</w:t>
      </w:r>
    </w:p>
    <w:p>
      <w:pPr>
        <w:pStyle w:val="Heading1"/>
      </w:pPr>
      <w:r>
        <w:t>27.7.2026-30.9.2026</w:t>
      </w:r>
    </w:p>
    <w:p>
      <w:pPr>
        <w:pStyle w:val="Heading2"/>
      </w:pPr>
      <w:r>
        <w:t>11:00-17:00 Natalia Kaleva  Taidenäyttely  Carlsro museum</w:t>
      </w:r>
    </w:p>
    <w:p>
      <w:r>
        <w:t>"Menneisyyden jäljet" - näyttely Carlsro huvilan 130-vuotisjuhlavuoden kunniaksi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