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 xml:space="preserve">19:00-19:00 Wasa Gypsy Jazz Quartet  torstaina 30.7.2026 Fondiksen terassilla </w:t>
      </w:r>
    </w:p>
    <w:p>
      <w:r>
        <w:t>Wasa Gypsy Jazz Quartet torstaina 30.7.2026 Fondiksen terassilla. Showtime: 19-22. Ilmainen sisäänpääsy.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