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19:00-19:00 Kai Hahto - 35 Years of Music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