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Juthbacka, Juthasvägen 34, Nykarleby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00:00-23:59 Bo bekvämt – parkera smidigt – njut av Juthbacka Marknad!</w:t>
      </w:r>
    </w:p>
    <w:p>
      <w:r>
        <w:t>Bo bekvämt – parkera smidigt – njut av Juthbacka Marknad!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