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 ART Studio, Itäinen Pitkäkatu 53-55, 64100 Kristiinankaupunki (Corner talossa)</w:t>
      </w:r>
    </w:p>
    <w:p>
      <w:r>
        <w:t>21.7.2026 tiistai</w:t>
      </w:r>
    </w:p>
    <w:p>
      <w:pPr>
        <w:pStyle w:val="Heading1"/>
      </w:pPr>
      <w:r>
        <w:t>21.7.2026-31.7.2026</w:t>
      </w:r>
    </w:p>
    <w:p>
      <w:pPr>
        <w:pStyle w:val="Heading2"/>
      </w:pPr>
      <w:r>
        <w:t xml:space="preserve">11:00-12:30  Maalauspajat kaikille - maksutta! </w:t>
      </w:r>
    </w:p>
    <w:p>
      <w:r>
        <w:t>Koe Kristiinankaupunki taiteen, tarinoiden ja värien kautta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