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Huutoniemen kenttä, Teininkuja</w:t>
      </w:r>
    </w:p>
    <w:p>
      <w:r>
        <w:t>27.7.2026 maanantai</w:t>
      </w:r>
    </w:p>
    <w:p>
      <w:pPr>
        <w:pStyle w:val="Heading1"/>
      </w:pPr>
      <w:r>
        <w:t>27.7.2026-29.7.2026</w:t>
      </w:r>
    </w:p>
    <w:p>
      <w:pPr>
        <w:pStyle w:val="Heading2"/>
      </w:pPr>
      <w:r>
        <w:t>18:30-20:30 Sirkus Finlandia</w:t>
      </w:r>
    </w:p>
    <w:p>
      <w:r>
        <w:t xml:space="preserve">Sirkus Finlandian juhlavuoden kiertue on käynnissä ja lippujen ennakkomyynti on alkanut!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