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Bergsparken, Slagfältsvägen 33, 66800 Oravais </w:t>
      </w:r>
    </w:p>
    <w:p>
      <w:r>
        <w:t>1.8.2026 lauantai</w:t>
      </w:r>
    </w:p>
    <w:p>
      <w:pPr>
        <w:pStyle w:val="Heading1"/>
      </w:pPr>
      <w:r>
        <w:t>1.8.2026-2.8.2026</w:t>
      </w:r>
    </w:p>
    <w:p>
      <w:pPr>
        <w:pStyle w:val="Heading2"/>
      </w:pPr>
      <w:r>
        <w:t xml:space="preserve">21:00-02:30 Pubkväll på Pavven </w:t>
      </w:r>
    </w:p>
    <w:p>
      <w:r>
        <w:t>Hjärtligt välkomna till Bergsparken, paviljongen i Oravais den 01.08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