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18:00-18:00 Vaasan Veteraaniautoseuran keskiviikkoajo</w:t>
      </w:r>
    </w:p>
    <w:p>
      <w:r>
        <w:t>Vierailemme Närvijoella, Kurikan kulttuuri päivänä, Ukrainan hyväntekeväisyyspäivänä.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