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Kristinestadsvägen 884, 64240 Böle</w:t>
      </w:r>
    </w:p>
    <w:p>
      <w:r>
        <w:t>6.8.2026 torstai</w:t>
      </w:r>
    </w:p>
    <w:p>
      <w:pPr>
        <w:pStyle w:val="Heading1"/>
      </w:pPr>
      <w:r>
        <w:t>6.8.2026-9.8.2026</w:t>
      </w:r>
    </w:p>
    <w:p>
      <w:pPr>
        <w:pStyle w:val="Heading2"/>
      </w:pPr>
      <w:r>
        <w:t>19:00-13:00 Mangsveckan 2026. Väck oss Jesus!</w:t>
      </w:r>
    </w:p>
    <w:p>
      <w:r>
        <w:t>Talare är Per-Eive Berndtsson från Bibelseminarium Göteborg och Mats Nyholm, präst i st. Clara kyrka i Stockholm.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