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Arktinen museo Nanoq, Pörkenäsintie 60  68620 Pietarsaari, Finland</w:t>
      </w:r>
    </w:p>
    <w:p>
      <w:r>
        <w:t>19.7.2026 sunnuntai</w:t>
      </w:r>
    </w:p>
    <w:p>
      <w:pPr>
        <w:pStyle w:val="Heading1"/>
      </w:pPr>
      <w:r>
        <w:t>19.7.2026-25.7.2026</w:t>
      </w:r>
    </w:p>
    <w:p>
      <w:pPr>
        <w:pStyle w:val="Heading2"/>
      </w:pPr>
      <w:r>
        <w:t>12:00-16:00 Jaakonpäivät Arktisessa museossa Nanoqissa</w:t>
      </w:r>
    </w:p>
    <w:p>
      <w:r>
        <w:t>Jaakon päivät ovat aina nurkan takana. Arktinen museo Nanoq tarjoaa koko viikon akan monipuolista ohjelmaa.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