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kirjasto, Pikitehtaankatu 19-23, Vaasa.</w:t>
      </w:r>
    </w:p>
    <w:p>
      <w:r>
        <w:t>30.7.2025 keskiviikko</w:t>
      </w:r>
    </w:p>
    <w:p>
      <w:pPr>
        <w:pStyle w:val="Heading1"/>
      </w:pPr>
      <w:r>
        <w:t>30.7.2025-5.8.2026</w:t>
      </w:r>
    </w:p>
    <w:p>
      <w:pPr>
        <w:pStyle w:val="Heading2"/>
      </w:pPr>
      <w:r>
        <w:t>10:00-19:00 Konsolipelitapahtuma Palosaaren kirjastossa</w:t>
      </w:r>
    </w:p>
    <w:p>
      <w:r>
        <w:t>Tervetuloa konsolipelitapahtumaan Palosaaren kirjastoon keskiviikkona 5.8. klo 10 alkaen!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