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OCR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18:15-18:15 Syksyn OCR-kurssi 10-13-vuotiaat</w:t>
      </w:r>
    </w:p>
    <w:p>
      <w:r>
        <w:t>OCR Wasa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