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25.7.2026 lauantai</w:t>
      </w:r>
    </w:p>
    <w:p>
      <w:pPr>
        <w:pStyle w:val="Heading1"/>
      </w:pPr>
      <w:r>
        <w:t>25.7.2026-26.7.2026</w:t>
      </w:r>
    </w:p>
    <w:p>
      <w:pPr>
        <w:pStyle w:val="Heading2"/>
      </w:pPr>
      <w:r>
        <w:t>14:00-18:30 MINIGOLF tävling vid 4H sommarcafe at Youthbacka - LÖR 25.7 - SÖN 26.7.26, kl. 14:00 - 18:30</w:t>
      </w:r>
    </w:p>
    <w:p>
      <w:r>
        <w:t>MINIGOLF tävling vid 4H sommarcafe at Youthbacka - LÖR 25.7 - SÖN 26.7.26, kl. 14:00 - 18:30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