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Satavuotias talo ja puutarha, Dermossvägen 20, 64610 Ylimarkku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 xml:space="preserve">14:00-18:00 The Hidden Spots </w:t>
      </w:r>
    </w:p>
    <w:p>
      <w:r>
        <w:t>Työpaja ja Yhteisötaide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