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Isokatu 2 &amp; Otto Malmintie 3, Pietarsaari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11:00-16:00 AVOIMET OVET MALMIN TALOSSA JA TEMPUKSESSA KESKIVIIKKONA 22.7. KLO 11–16</w:t>
      </w:r>
    </w:p>
    <w:p>
      <w:r>
        <w:t>Päivän ohjelmaa: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